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Voice Guide</w:t>
      </w:r>
    </w:p>
    <w:p>
      <w:r>
        <w:rPr>
          <w:i/>
          <w:color w:val="5A6B7B"/>
          <w:sz w:val="23"/>
        </w:rPr>
        <w:t>From Chapter 5 of Cleared For Take-Off. Fill in each section, keep it in your prompt library, and attach it to every copy brief. Replace the parts in [square brackets].</w:t>
      </w:r>
    </w:p>
    <w:p>
      <w:pPr>
        <w:pStyle w:val="Heading1"/>
      </w:pPr>
      <w:r>
        <w:t>VOICE GUIDE: [YOUR NAME / BRAND]</w:t>
      </w:r>
    </w:p>
    <w:p>
      <w:pPr>
        <w:pStyle w:val="Heading2"/>
      </w:pPr>
      <w:r>
        <w:t>MY WRITING VOICE IN THREE WORDS</w:t>
      </w:r>
    </w:p>
    <w:p>
      <w:r>
        <w:rPr>
          <w:i/>
          <w:color w:val="5A6B7B"/>
          <w:sz w:val="23"/>
        </w:rPr>
        <w:t>[e.g. Direct. Warm. Irreverent.]</w:t>
      </w:r>
    </w:p>
    <w:p/>
    <w:p/>
    <w:p/>
    <w:p>
      <w:pPr>
        <w:pStyle w:val="Heading2"/>
      </w:pPr>
      <w:r>
        <w:t>SAMPLE PARAGRAPHS</w:t>
      </w:r>
    </w:p>
    <w:p>
      <w:r>
        <w:rPr>
          <w:i/>
          <w:color w:val="5A6B7B"/>
          <w:sz w:val="23"/>
        </w:rPr>
        <w:t>Paste three to five paragraphs from your own writing that you’d be proud to have cloned. These are your calibration examples. The AI will use them to understand rhythm, sentence length, and personality, not just vocabulary.</w:t>
      </w:r>
    </w:p>
    <w:p/>
    <w:p/>
    <w:p/>
    <w:p/>
    <w:p/>
    <w:p/>
    <w:p>
      <w:pPr>
        <w:pStyle w:val="Heading2"/>
      </w:pPr>
      <w:r>
        <w:t>MY AUDIENCE</w:t>
      </w:r>
    </w:p>
    <w:p>
      <w:r>
        <w:rPr>
          <w:i/>
          <w:color w:val="5A6B7B"/>
          <w:sz w:val="23"/>
        </w:rPr>
        <w:t>[Who they are, what they care about, what language they use. Be specific. ‘Creative professionals who are sceptical of corporate speak and respond to honesty over enthusiasm’ is useful. ‘Adults’ is not.]</w:t>
      </w:r>
    </w:p>
    <w:p/>
    <w:p/>
    <w:p/>
    <w:p>
      <w:pPr>
        <w:pStyle w:val="Heading2"/>
      </w:pPr>
      <w:r>
        <w:t>WORDS AND PHRASES I USE</w:t>
      </w:r>
    </w:p>
    <w:p>
      <w:r>
        <w:rPr>
          <w:i/>
          <w:color w:val="5A6B7B"/>
          <w:sz w:val="23"/>
        </w:rPr>
        <w:t>[Your actual verbal tics. The phrases that show up in everything you write. ‘In practice,’ ‘here’s the honest version,’ ‘the thing nobody mentions.’ Whatever yours are.]</w:t>
      </w:r>
    </w:p>
    <w:p/>
    <w:p/>
    <w:p/>
    <w:p>
      <w:pPr>
        <w:pStyle w:val="Heading2"/>
      </w:pPr>
      <w:r>
        <w:t>WORDS AND PHRASES I NEVER USE</w:t>
      </w:r>
    </w:p>
    <w:p>
      <w:r>
        <w:rPr>
          <w:i/>
          <w:color w:val="5A6B7B"/>
          <w:sz w:val="23"/>
        </w:rPr>
        <w:t>[Your no-fly list. ‘Synergy.’ ‘Leverage’ as a verb. ‘Game-changer.’ ‘In today’s fast-paced world.’ The phrases that make you wince when you see them on a page.]</w:t>
      </w:r>
    </w:p>
    <w:p/>
    <w:p/>
    <w:p/>
    <w:p>
      <w:pPr>
        <w:pStyle w:val="Heading2"/>
      </w:pPr>
      <w:r>
        <w:t>TONE</w:t>
      </w:r>
    </w:p>
    <w:p>
      <w:r>
        <w:rPr>
          <w:i/>
          <w:color w:val="5A6B7B"/>
          <w:sz w:val="23"/>
        </w:rPr>
        <w:t>[One honest sentence about how you communicate. ‘Like a smart friend who happens to know a lot about this topic and isn’t going to waste your time being diplomatic about it.’ That’s mine. Find yours.]</w:t>
      </w:r>
    </w:p>
    <w:p/>
    <w:p/>
    <w:p/>
    <w:p>
      <w:pPr>
        <w:pStyle w:val="Heading1"/>
      </w:pPr>
      <w:r>
        <w:t>How to use it</w:t>
      </w:r>
    </w:p>
    <w:p>
      <w:r>
        <w:t>Instead of ‘write a social post about my new book,’ you say ‘using my Voice Guide, write a social post about my new book.’</w:t>
      </w:r>
    </w:p>
    <w:p>
      <w:pPr>
        <w:pStyle w:val="Heading2"/>
      </w:pPr>
      <w:r>
        <w:t>Want the AI to draft it for you?</w:t>
      </w:r>
    </w:p>
    <w:p>
      <w:r>
        <w:t>This is Prompt 1 from the Prompt Library appendix, The Voice Calibration Prompt:</w:t>
      </w:r>
    </w:p>
    <w:p>
      <w:r>
        <w:rPr>
          <w:rFonts w:ascii="Consolas" w:hAnsi="Consolas"/>
          <w:sz w:val="23"/>
        </w:rPr>
        <w:t>Here are three examples of my writing that I’m proud of: [paste examples]. Based on these, describe my writing voice in specific terms: tone, sentence length, vocabulary level, personality. Then rewrite this paragraph [paste paragraph] in my voice: [paste something written by AI or someone else].</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B7B"/>
        <w:sz w:val="18"/>
      </w:rPr>
      <w:t>Free template from Cleared For Take-Off by Naomi Shiels. clearedfortakeoff.com.au/templates/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Georgia" w:hAnsi="Georgia" w:eastAsia="Georgia" w:cs="Georgia"/>
      <w:b/>
      <w:bCs/>
      <w:color w:val="1B3A5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Georgia" w:hAnsi="Georgia" w:eastAsia="Georgia" w:cs="Georgia"/>
      <w:b/>
      <w:bCs/>
      <w:color w:val="1B3A5B"/>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Georgia" w:hAnsi="Georgia" w:eastAsia="Georgia" w:cs="Georgia"/>
      <w:b/>
      <w:color w:val="1B3A5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Shiels, Wild Hearts Publishing</dc:creator>
  <cp:keywords/>
  <dc:description>Free template from Cleared For Take-Off. clearedfortakeoff.com.au/templates/</dc:description>
  <cp:lastModifiedBy/>
  <cp:revision>1</cp:revision>
  <dcterms:created xsi:type="dcterms:W3CDTF">2013-12-23T23:15:00Z</dcterms:created>
  <dcterms:modified xsi:type="dcterms:W3CDTF">2013-12-23T23:15:00Z</dcterms:modified>
  <cp:category/>
</cp:coreProperties>
</file>